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D5725B" w14:textId="77777777" w:rsidR="008C1D03" w:rsidRDefault="008F5607" w:rsidP="008C1D03">
      <w:pPr>
        <w:jc w:val="center"/>
      </w:pPr>
      <w:r>
        <w:br/>
      </w:r>
      <w:r w:rsidR="008C1D03">
        <w:rPr>
          <w:noProof/>
          <w:lang w:val="it-IT" w:eastAsia="it-IT"/>
        </w:rPr>
        <w:drawing>
          <wp:inline distT="0" distB="0" distL="0" distR="0" wp14:anchorId="71B413BD" wp14:editId="246633F2">
            <wp:extent cx="914400" cy="748145"/>
            <wp:effectExtent l="0" t="0" r="0" b="0"/>
            <wp:docPr id="658756416" name="Picture 6587564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92dbc8b-fae2-43ae-a1e0-5a2f136e445f.jpe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748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9100FA" w14:textId="77777777" w:rsidR="008C1D03" w:rsidRPr="00383302" w:rsidRDefault="008C1D03" w:rsidP="008C1D03">
      <w:pPr>
        <w:jc w:val="center"/>
        <w:rPr>
          <w:lang w:val="it-IT"/>
        </w:rPr>
      </w:pPr>
      <w:r w:rsidRPr="00383302">
        <w:rPr>
          <w:b/>
          <w:sz w:val="28"/>
          <w:szCs w:val="28"/>
          <w:lang w:val="it-IT"/>
        </w:rPr>
        <w:t>REGIONE CALABRIA</w:t>
      </w:r>
      <w:r w:rsidRPr="00383302">
        <w:rPr>
          <w:b/>
          <w:lang w:val="it-IT"/>
        </w:rPr>
        <w:br/>
        <w:t>Dipartimento Salute e Welfare</w:t>
      </w:r>
      <w:r w:rsidRPr="00383302">
        <w:rPr>
          <w:b/>
          <w:lang w:val="it-IT"/>
        </w:rPr>
        <w:br/>
        <w:t>U.O.A. Assistenza socio-sanitaria e socio-assistenziale – Programmazione e integrazione socio-sanitaria</w:t>
      </w:r>
      <w:r w:rsidRPr="00383302">
        <w:rPr>
          <w:lang w:val="it-IT"/>
        </w:rPr>
        <w:br/>
      </w:r>
    </w:p>
    <w:p w14:paraId="6CDF2A38" w14:textId="77777777" w:rsidR="00787570" w:rsidRPr="003C63DA" w:rsidRDefault="008F5607" w:rsidP="003C63DA">
      <w:pPr>
        <w:jc w:val="center"/>
        <w:rPr>
          <w:rFonts w:ascii="Times New Roman" w:hAnsi="Times New Roman" w:cs="Times New Roman"/>
          <w:sz w:val="24"/>
          <w:szCs w:val="24"/>
        </w:rPr>
      </w:pPr>
      <w:r w:rsidRPr="003C63DA">
        <w:rPr>
          <w:rFonts w:ascii="Times New Roman" w:hAnsi="Times New Roman" w:cs="Times New Roman"/>
          <w:b/>
          <w:sz w:val="24"/>
          <w:szCs w:val="24"/>
        </w:rPr>
        <w:t>ALLEGATO 1 – MODELLO DI ISTANZA</w:t>
      </w:r>
    </w:p>
    <w:p w14:paraId="48639769" w14:textId="77777777" w:rsidR="00787570" w:rsidRPr="00383302" w:rsidRDefault="008F5607" w:rsidP="003C63DA">
      <w:pPr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383302">
        <w:rPr>
          <w:rFonts w:ascii="Times New Roman" w:hAnsi="Times New Roman" w:cs="Times New Roman"/>
          <w:sz w:val="24"/>
          <w:szCs w:val="24"/>
          <w:lang w:val="it-IT"/>
        </w:rPr>
        <w:t>Oggetto: Domanda di partecipazione all’Avviso pubblico per la selezione di Progetti innovativi e sperimentali in materia di politiche sociali (art. 34, c.2, L.R. 23/2003).</w:t>
      </w:r>
    </w:p>
    <w:p w14:paraId="2FB474BB" w14:textId="77777777" w:rsidR="00787570" w:rsidRPr="00383302" w:rsidRDefault="008F5607">
      <w:pPr>
        <w:pStyle w:val="Titolo2"/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</w:pPr>
      <w:r w:rsidRPr="00383302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>Anagrafica ATS</w:t>
      </w:r>
    </w:p>
    <w:p w14:paraId="38EEFEC1" w14:textId="77777777" w:rsidR="00787570" w:rsidRPr="00383302" w:rsidRDefault="008F5607">
      <w:pPr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</w:pPr>
      <w:r w:rsidRPr="00383302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>Denominazione ATS: __________________________</w:t>
      </w:r>
    </w:p>
    <w:p w14:paraId="43AFFD44" w14:textId="77777777" w:rsidR="00787570" w:rsidRPr="00383302" w:rsidRDefault="008F5607">
      <w:pPr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</w:pPr>
      <w:r w:rsidRPr="00383302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>Comune capofila: _____________________________</w:t>
      </w:r>
    </w:p>
    <w:p w14:paraId="5193FAA9" w14:textId="77777777" w:rsidR="00787570" w:rsidRPr="00383302" w:rsidRDefault="008F5607">
      <w:pPr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</w:pPr>
      <w:r w:rsidRPr="00383302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>Sede legale: _________________________________</w:t>
      </w:r>
    </w:p>
    <w:p w14:paraId="350400E2" w14:textId="77777777" w:rsidR="00787570" w:rsidRPr="00383302" w:rsidRDefault="008F5607">
      <w:pPr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</w:pPr>
      <w:r w:rsidRPr="00383302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>Codice fiscale / P.IVA: ________________________</w:t>
      </w:r>
    </w:p>
    <w:p w14:paraId="75A2AF9F" w14:textId="77777777" w:rsidR="00787570" w:rsidRPr="00383302" w:rsidRDefault="008F5607">
      <w:pPr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</w:pPr>
      <w:r w:rsidRPr="00383302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>Rappresentante legale</w:t>
      </w:r>
      <w:r w:rsidR="003C63DA" w:rsidRPr="00383302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 xml:space="preserve"> ATS</w:t>
      </w:r>
      <w:r w:rsidRPr="00383302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 xml:space="preserve">: ________________________ </w:t>
      </w:r>
    </w:p>
    <w:p w14:paraId="7D385893" w14:textId="77777777" w:rsidR="003C63DA" w:rsidRPr="00383302" w:rsidRDefault="003C63DA">
      <w:pPr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</w:pPr>
      <w:r w:rsidRPr="00383302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>Dati anagrafici rap</w:t>
      </w:r>
      <w:r w:rsidR="00383302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>p</w:t>
      </w:r>
      <w:r w:rsidRPr="00383302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>resenta</w:t>
      </w:r>
      <w:r w:rsidR="00383302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>n</w:t>
      </w:r>
      <w:r w:rsidRPr="00383302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>te legale ATS: _________________</w:t>
      </w:r>
    </w:p>
    <w:p w14:paraId="75AAFC4E" w14:textId="77777777" w:rsidR="00787570" w:rsidRPr="00383302" w:rsidRDefault="008F5607">
      <w:pPr>
        <w:pStyle w:val="Titolo2"/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</w:pPr>
      <w:r w:rsidRPr="00383302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>Ufficio di Piano</w:t>
      </w:r>
    </w:p>
    <w:p w14:paraId="3B9E34BF" w14:textId="77777777" w:rsidR="00787570" w:rsidRPr="00383302" w:rsidRDefault="008F5607">
      <w:pPr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</w:pPr>
      <w:r w:rsidRPr="00383302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 xml:space="preserve">Responsabile </w:t>
      </w:r>
      <w:proofErr w:type="spellStart"/>
      <w:r w:rsidRPr="00383302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>UdP</w:t>
      </w:r>
      <w:proofErr w:type="spellEnd"/>
      <w:r w:rsidRPr="00383302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>: ____________________________</w:t>
      </w:r>
    </w:p>
    <w:p w14:paraId="3F5A5954" w14:textId="77777777" w:rsidR="00787570" w:rsidRPr="00383302" w:rsidRDefault="008F5607">
      <w:pPr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</w:pPr>
      <w:r w:rsidRPr="00383302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>PEC ATS: ____________________________________</w:t>
      </w:r>
    </w:p>
    <w:p w14:paraId="0821D279" w14:textId="77777777" w:rsidR="00787570" w:rsidRPr="00383302" w:rsidRDefault="008F5607">
      <w:pPr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</w:pPr>
      <w:r w:rsidRPr="00383302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>Telefono/Email referente: ______________________</w:t>
      </w:r>
    </w:p>
    <w:p w14:paraId="14940F1A" w14:textId="77777777" w:rsidR="003C63DA" w:rsidRPr="00383302" w:rsidRDefault="003C63DA" w:rsidP="003C63DA">
      <w:pPr>
        <w:spacing w:line="280" w:lineRule="exact"/>
        <w:ind w:right="140"/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14:paraId="0F141331" w14:textId="77777777" w:rsidR="003C63DA" w:rsidRPr="00383302" w:rsidRDefault="003C63DA" w:rsidP="003C63DA">
      <w:pPr>
        <w:spacing w:line="280" w:lineRule="exact"/>
        <w:ind w:right="140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383302">
        <w:rPr>
          <w:rFonts w:ascii="Times New Roman" w:hAnsi="Times New Roman" w:cs="Times New Roman"/>
          <w:sz w:val="24"/>
          <w:szCs w:val="24"/>
          <w:lang w:val="it-IT"/>
        </w:rPr>
        <w:t>Il/La sottoscritto/a ………………………………………nato il ……………………………a ……………………………residente nel Comune di …………………………………. (</w:t>
      </w:r>
      <w:proofErr w:type="spellStart"/>
      <w:r w:rsidRPr="00383302">
        <w:rPr>
          <w:rFonts w:ascii="Times New Roman" w:hAnsi="Times New Roman" w:cs="Times New Roman"/>
          <w:sz w:val="24"/>
          <w:szCs w:val="24"/>
          <w:lang w:val="it-IT"/>
        </w:rPr>
        <w:t>prov</w:t>
      </w:r>
      <w:proofErr w:type="spellEnd"/>
      <w:r w:rsidRPr="00383302">
        <w:rPr>
          <w:rFonts w:ascii="Times New Roman" w:hAnsi="Times New Roman" w:cs="Times New Roman"/>
          <w:sz w:val="24"/>
          <w:szCs w:val="24"/>
          <w:lang w:val="it-IT"/>
        </w:rPr>
        <w:t xml:space="preserve"> …</w:t>
      </w:r>
      <w:proofErr w:type="gramStart"/>
      <w:r w:rsidRPr="00383302">
        <w:rPr>
          <w:rFonts w:ascii="Times New Roman" w:hAnsi="Times New Roman" w:cs="Times New Roman"/>
          <w:sz w:val="24"/>
          <w:szCs w:val="24"/>
          <w:lang w:val="it-IT"/>
        </w:rPr>
        <w:t>…….</w:t>
      </w:r>
      <w:proofErr w:type="gramEnd"/>
      <w:r w:rsidRPr="00383302">
        <w:rPr>
          <w:rFonts w:ascii="Times New Roman" w:hAnsi="Times New Roman" w:cs="Times New Roman"/>
          <w:sz w:val="24"/>
          <w:szCs w:val="24"/>
          <w:lang w:val="it-IT"/>
        </w:rPr>
        <w:t xml:space="preserve">) in via/corso/piazza ………………………., n. …… in qualità di legale rappresentante del Comune </w:t>
      </w:r>
      <w:r w:rsidR="00445B88">
        <w:rPr>
          <w:rFonts w:ascii="Times New Roman" w:hAnsi="Times New Roman" w:cs="Times New Roman"/>
          <w:sz w:val="24"/>
          <w:szCs w:val="24"/>
          <w:lang w:val="it-IT"/>
        </w:rPr>
        <w:t>di</w:t>
      </w:r>
      <w:r w:rsidRPr="00383302">
        <w:rPr>
          <w:rFonts w:ascii="Times New Roman" w:hAnsi="Times New Roman" w:cs="Times New Roman"/>
          <w:sz w:val="24"/>
          <w:szCs w:val="24"/>
          <w:lang w:val="it-IT"/>
        </w:rPr>
        <w:t xml:space="preserve"> ……………………………..…………………CF:………………………………………</w:t>
      </w:r>
      <w:r w:rsidR="00445B88">
        <w:rPr>
          <w:rFonts w:ascii="Times New Roman" w:hAnsi="Times New Roman" w:cs="Times New Roman"/>
          <w:sz w:val="24"/>
          <w:szCs w:val="24"/>
          <w:lang w:val="it-IT"/>
        </w:rPr>
        <w:t>capofila dell’Ambito Territoriale di ……………………….</w:t>
      </w:r>
      <w:r w:rsidRPr="00383302">
        <w:rPr>
          <w:rFonts w:ascii="Times New Roman" w:hAnsi="Times New Roman" w:cs="Times New Roman"/>
          <w:sz w:val="24"/>
          <w:szCs w:val="24"/>
          <w:lang w:val="it-IT"/>
        </w:rPr>
        <w:t xml:space="preserve">……………… </w:t>
      </w:r>
    </w:p>
    <w:p w14:paraId="103101DD" w14:textId="77777777" w:rsidR="003C63DA" w:rsidRPr="00383302" w:rsidRDefault="003C63DA" w:rsidP="003C63DA">
      <w:pPr>
        <w:jc w:val="both"/>
        <w:rPr>
          <w:rFonts w:ascii="Times New Roman" w:eastAsia="Calibri" w:hAnsi="Times New Roman" w:cs="Times New Roman"/>
          <w:bCs/>
          <w:sz w:val="24"/>
          <w:szCs w:val="24"/>
          <w:lang w:val="it-IT"/>
        </w:rPr>
      </w:pPr>
      <w:r w:rsidRPr="00383302">
        <w:rPr>
          <w:rFonts w:ascii="Times New Roman" w:eastAsia="Calibri" w:hAnsi="Times New Roman" w:cs="Times New Roman"/>
          <w:bCs/>
          <w:sz w:val="24"/>
          <w:szCs w:val="24"/>
          <w:lang w:val="it-IT"/>
        </w:rPr>
        <w:t>in relazione all’Avviso</w:t>
      </w:r>
    </w:p>
    <w:p w14:paraId="43214491" w14:textId="77777777" w:rsidR="003C63DA" w:rsidRPr="003C63DA" w:rsidRDefault="003C63DA" w:rsidP="003C63DA">
      <w:pPr>
        <w:jc w:val="both"/>
        <w:rPr>
          <w:rFonts w:ascii="Times New Roman" w:eastAsia="Calibri" w:hAnsi="Times New Roman" w:cs="Times New Roman"/>
          <w:bCs/>
          <w:sz w:val="24"/>
          <w:szCs w:val="24"/>
          <w:lang w:val="it-IT"/>
        </w:rPr>
      </w:pPr>
      <w:r w:rsidRPr="003C63DA">
        <w:rPr>
          <w:rFonts w:ascii="Times New Roman" w:eastAsia="Calibri" w:hAnsi="Times New Roman" w:cs="Times New Roman"/>
          <w:bCs/>
          <w:sz w:val="24"/>
          <w:szCs w:val="24"/>
          <w:lang w:val="it-IT"/>
        </w:rPr>
        <w:lastRenderedPageBreak/>
        <w:t>consapevole che in caso di dichiarazione mendaci, falsità in atto o uso di atti falsi, oltre alle sanzioni penali previste ai sensi di legge, l’Amministrazione regionale provvederà all’esclusione della domanda presentata dall’elenco dei beneficiari e alla revoca dei contributi eventualmente concessi,</w:t>
      </w:r>
    </w:p>
    <w:p w14:paraId="6E503AE0" w14:textId="77777777" w:rsidR="003C63DA" w:rsidRPr="003C63DA" w:rsidRDefault="003C63DA" w:rsidP="003C63DA">
      <w:pPr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val="it-IT"/>
        </w:rPr>
      </w:pPr>
      <w:r w:rsidRPr="003C63DA">
        <w:rPr>
          <w:rFonts w:ascii="Times New Roman" w:eastAsia="Calibri" w:hAnsi="Times New Roman" w:cs="Times New Roman"/>
          <w:b/>
          <w:bCs/>
          <w:sz w:val="24"/>
          <w:szCs w:val="24"/>
          <w:lang w:val="it-IT"/>
        </w:rPr>
        <w:t>CHIEDE</w:t>
      </w:r>
    </w:p>
    <w:p w14:paraId="16EF992A" w14:textId="77777777" w:rsidR="003C63DA" w:rsidRPr="003C63DA" w:rsidRDefault="003C63DA" w:rsidP="003C63DA">
      <w:pPr>
        <w:jc w:val="both"/>
        <w:rPr>
          <w:rFonts w:ascii="Times New Roman" w:eastAsia="Calibri" w:hAnsi="Times New Roman" w:cs="Times New Roman"/>
          <w:bCs/>
          <w:sz w:val="24"/>
          <w:szCs w:val="24"/>
          <w:lang w:val="it-IT"/>
        </w:rPr>
      </w:pPr>
      <w:r w:rsidRPr="003C63DA">
        <w:rPr>
          <w:rFonts w:ascii="Times New Roman" w:eastAsia="Calibri" w:hAnsi="Times New Roman" w:cs="Times New Roman"/>
          <w:bCs/>
          <w:sz w:val="24"/>
          <w:szCs w:val="24"/>
          <w:lang w:val="it-IT"/>
        </w:rPr>
        <w:t xml:space="preserve">Di partecipare all’avviso pubblico per il finanziamento </w:t>
      </w:r>
      <w:r>
        <w:rPr>
          <w:rFonts w:ascii="Times New Roman" w:eastAsia="Calibri" w:hAnsi="Times New Roman" w:cs="Times New Roman"/>
          <w:bCs/>
          <w:sz w:val="24"/>
          <w:szCs w:val="24"/>
          <w:lang w:val="it-IT"/>
        </w:rPr>
        <w:t xml:space="preserve">e </w:t>
      </w:r>
      <w:r w:rsidRPr="00383302">
        <w:rPr>
          <w:rFonts w:ascii="Times New Roman" w:eastAsia="Calibri" w:hAnsi="Times New Roman" w:cs="Times New Roman"/>
          <w:bCs/>
          <w:sz w:val="24"/>
          <w:szCs w:val="24"/>
          <w:lang w:val="it-IT"/>
        </w:rPr>
        <w:t xml:space="preserve">la selezione di Progetti innovativi e sperimentali in materia di politiche sociali (art. 34, c.2, L.R. 23/2003) </w:t>
      </w:r>
      <w:r w:rsidRPr="003C63DA">
        <w:rPr>
          <w:rFonts w:ascii="Times New Roman" w:eastAsia="Calibri" w:hAnsi="Times New Roman" w:cs="Times New Roman"/>
          <w:bCs/>
          <w:sz w:val="24"/>
          <w:szCs w:val="24"/>
          <w:lang w:val="it-IT"/>
        </w:rPr>
        <w:t>di cui all’Avviso suindicato e a tal fine</w:t>
      </w:r>
    </w:p>
    <w:p w14:paraId="00D3A86B" w14:textId="77777777" w:rsidR="003C63DA" w:rsidRPr="003C63DA" w:rsidRDefault="003C63DA" w:rsidP="003C63DA">
      <w:pPr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val="it-IT"/>
        </w:rPr>
      </w:pPr>
      <w:r w:rsidRPr="003C63DA">
        <w:rPr>
          <w:rFonts w:ascii="Times New Roman" w:eastAsia="Calibri" w:hAnsi="Times New Roman" w:cs="Times New Roman"/>
          <w:b/>
          <w:bCs/>
          <w:sz w:val="24"/>
          <w:szCs w:val="24"/>
          <w:lang w:val="it-IT"/>
        </w:rPr>
        <w:t>DICHIARA</w:t>
      </w:r>
    </w:p>
    <w:p w14:paraId="447A5F15" w14:textId="77777777" w:rsidR="0073406F" w:rsidRDefault="008F5607" w:rsidP="0073406F">
      <w:pPr>
        <w:pStyle w:val="Paragrafoelenco"/>
        <w:numPr>
          <w:ilvl w:val="0"/>
          <w:numId w:val="13"/>
        </w:numPr>
        <w:ind w:left="426"/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</w:pPr>
      <w:r w:rsidRPr="0073406F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>di voler partecipare all’Avviso pubblico indicato in oggetto</w:t>
      </w:r>
      <w:r w:rsidR="004B7832" w:rsidRPr="0073406F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 xml:space="preserve"> relativi a n. ____ progetti</w:t>
      </w:r>
      <w:r w:rsidRPr="0073406F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>;</w:t>
      </w:r>
    </w:p>
    <w:p w14:paraId="10D247EF" w14:textId="77777777" w:rsidR="0073406F" w:rsidRDefault="008F5607" w:rsidP="0073406F">
      <w:pPr>
        <w:pStyle w:val="Paragrafoelenco"/>
        <w:numPr>
          <w:ilvl w:val="0"/>
          <w:numId w:val="13"/>
        </w:numPr>
        <w:ind w:left="426"/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</w:pPr>
      <w:r w:rsidRPr="0073406F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 xml:space="preserve">che la proposta </w:t>
      </w:r>
      <w:r w:rsidR="0073406F" w:rsidRPr="0073406F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 xml:space="preserve">o le proposte progettuali: </w:t>
      </w:r>
    </w:p>
    <w:p w14:paraId="3DA71052" w14:textId="77777777" w:rsidR="0073406F" w:rsidRDefault="0073406F" w:rsidP="0073406F">
      <w:pPr>
        <w:pStyle w:val="Paragrafoelenco"/>
        <w:numPr>
          <w:ilvl w:val="2"/>
          <w:numId w:val="13"/>
        </w:numPr>
        <w:ind w:left="993"/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</w:pPr>
      <w:r w:rsidRPr="0073406F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 xml:space="preserve"> è redatta/sono redatte come da </w:t>
      </w:r>
      <w:r w:rsidR="00A920BD" w:rsidRPr="0073406F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>“</w:t>
      </w:r>
      <w:r w:rsidR="008F5607" w:rsidRPr="0073406F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>Allegato 2 – Formulario di progetto</w:t>
      </w:r>
      <w:r w:rsidR="00A920BD" w:rsidRPr="0073406F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>”</w:t>
      </w:r>
      <w:r w:rsidR="008F5607" w:rsidRPr="0073406F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>;</w:t>
      </w:r>
    </w:p>
    <w:p w14:paraId="41FAE14D" w14:textId="77777777" w:rsidR="0073406F" w:rsidRDefault="0073406F" w:rsidP="0073406F">
      <w:pPr>
        <w:pStyle w:val="Paragrafoelenco"/>
        <w:numPr>
          <w:ilvl w:val="2"/>
          <w:numId w:val="13"/>
        </w:numPr>
        <w:ind w:left="993"/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</w:pPr>
      <w:r w:rsidRPr="0073406F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>rispetta/rispettano</w:t>
      </w:r>
      <w:r w:rsidR="008F5607" w:rsidRPr="0073406F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 xml:space="preserve"> i criteri previsti dagli artt. 4, 5, 6 e 9 dell’Avviso, inclusa la durata massima di 12 mesi e le modalità di erogazione 80/20;</w:t>
      </w:r>
    </w:p>
    <w:p w14:paraId="5272B926" w14:textId="50C21DB7" w:rsidR="00787570" w:rsidRPr="0073406F" w:rsidRDefault="0073406F" w:rsidP="0073406F">
      <w:pPr>
        <w:pStyle w:val="Paragrafoelenco"/>
        <w:numPr>
          <w:ilvl w:val="2"/>
          <w:numId w:val="13"/>
        </w:numPr>
        <w:ind w:left="993"/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</w:pPr>
      <w:r w:rsidRPr="0073406F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 xml:space="preserve">tiene/tengono </w:t>
      </w:r>
      <w:r w:rsidR="008F5607" w:rsidRPr="0073406F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>conto dei fabbisogni reali del territorio e delle aree non coperte da altri fondi o interventi;</w:t>
      </w:r>
    </w:p>
    <w:p w14:paraId="0809F55B" w14:textId="77777777" w:rsidR="0073406F" w:rsidRDefault="008F5607" w:rsidP="0073406F">
      <w:pPr>
        <w:pStyle w:val="Paragrafoelenco"/>
        <w:numPr>
          <w:ilvl w:val="0"/>
          <w:numId w:val="13"/>
        </w:numPr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</w:pPr>
      <w:r w:rsidRPr="00A920BD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>di essere in possesso dei requisiti soggettivi e di non incorrere in cause ostative ai sensi di legge;</w:t>
      </w:r>
    </w:p>
    <w:p w14:paraId="37FEA53A" w14:textId="544F7A0C" w:rsidR="00787570" w:rsidRPr="0073406F" w:rsidRDefault="008F5607" w:rsidP="0073406F">
      <w:pPr>
        <w:pStyle w:val="Paragrafoelenco"/>
        <w:numPr>
          <w:ilvl w:val="0"/>
          <w:numId w:val="13"/>
        </w:numPr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</w:pPr>
      <w:r w:rsidRPr="0073406F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>che tutte le informazioni fornite sono veritiere (DPR 445/2000).</w:t>
      </w:r>
    </w:p>
    <w:p w14:paraId="3F156608" w14:textId="77777777" w:rsidR="00787570" w:rsidRPr="00383302" w:rsidRDefault="008F5607">
      <w:pPr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</w:pPr>
      <w:r w:rsidRPr="00383302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>Luogo e data __________________________</w:t>
      </w:r>
    </w:p>
    <w:p w14:paraId="32F81115" w14:textId="77777777" w:rsidR="00787570" w:rsidRPr="00383302" w:rsidRDefault="008F5607">
      <w:pPr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</w:pPr>
      <w:r w:rsidRPr="00383302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>Il Legale Rappresentante (firma digitale) __________________________</w:t>
      </w:r>
    </w:p>
    <w:sectPr w:rsidR="00787570" w:rsidRPr="00383302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671B6A" w14:textId="77777777" w:rsidR="0000545A" w:rsidRDefault="0000545A">
      <w:pPr>
        <w:spacing w:after="0" w:line="240" w:lineRule="auto"/>
      </w:pPr>
      <w:r>
        <w:separator/>
      </w:r>
    </w:p>
  </w:endnote>
  <w:endnote w:type="continuationSeparator" w:id="0">
    <w:p w14:paraId="425A8D58" w14:textId="77777777" w:rsidR="0000545A" w:rsidRDefault="000054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C42E3F" w14:textId="77777777" w:rsidR="0000545A" w:rsidRDefault="0000545A">
      <w:pPr>
        <w:spacing w:after="0" w:line="240" w:lineRule="auto"/>
      </w:pPr>
      <w:r>
        <w:separator/>
      </w:r>
    </w:p>
  </w:footnote>
  <w:footnote w:type="continuationSeparator" w:id="0">
    <w:p w14:paraId="44CB3F44" w14:textId="77777777" w:rsidR="0000545A" w:rsidRDefault="0000545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eroelenco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eroelenco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Puntoelenco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Puntoelenco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eroelenco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Puntoelenco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30381702"/>
    <w:multiLevelType w:val="hybridMultilevel"/>
    <w:tmpl w:val="AB4E7DE2"/>
    <w:lvl w:ilvl="0" w:tplc="62BC2464">
      <w:start w:val="1"/>
      <w:numFmt w:val="bullet"/>
      <w:lvlText w:val=""/>
      <w:lvlJc w:val="left"/>
      <w:pPr>
        <w:ind w:left="7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C8621AE"/>
    <w:multiLevelType w:val="hybridMultilevel"/>
    <w:tmpl w:val="6F56C36C"/>
    <w:lvl w:ilvl="0" w:tplc="62BC2464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A003959"/>
    <w:multiLevelType w:val="hybridMultilevel"/>
    <w:tmpl w:val="3D6481B8"/>
    <w:lvl w:ilvl="0" w:tplc="69323100"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DD12E3C"/>
    <w:multiLevelType w:val="hybridMultilevel"/>
    <w:tmpl w:val="33663732"/>
    <w:lvl w:ilvl="0" w:tplc="9F5AEC34">
      <w:numFmt w:val="bullet"/>
      <w:lvlText w:val="-"/>
      <w:lvlJc w:val="left"/>
      <w:pPr>
        <w:ind w:left="780" w:hanging="360"/>
      </w:pPr>
      <w:rPr>
        <w:rFonts w:ascii="Times New Roman" w:eastAsiaTheme="minorEastAsia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7730"/>
    <w:rsid w:val="0000545A"/>
    <w:rsid w:val="00034616"/>
    <w:rsid w:val="0006063C"/>
    <w:rsid w:val="0015074B"/>
    <w:rsid w:val="0029639D"/>
    <w:rsid w:val="002A63A3"/>
    <w:rsid w:val="00326F90"/>
    <w:rsid w:val="00383302"/>
    <w:rsid w:val="003C63DA"/>
    <w:rsid w:val="00445B88"/>
    <w:rsid w:val="004B7832"/>
    <w:rsid w:val="0073406F"/>
    <w:rsid w:val="00787570"/>
    <w:rsid w:val="008076C9"/>
    <w:rsid w:val="008C1D03"/>
    <w:rsid w:val="008F5607"/>
    <w:rsid w:val="00A920BD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902853F"/>
  <w14:defaultImageDpi w14:val="300"/>
  <w15:docId w15:val="{18C341DF-B3C3-0945-B267-D134D2C018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C693F"/>
  </w:style>
  <w:style w:type="paragraph" w:styleId="Titolo1">
    <w:name w:val="heading 1"/>
    <w:basedOn w:val="Normale"/>
    <w:next w:val="Normale"/>
    <w:link w:val="Titolo1Carattere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618BF"/>
  </w:style>
  <w:style w:type="paragraph" w:styleId="Pidipagina">
    <w:name w:val="footer"/>
    <w:basedOn w:val="Normale"/>
    <w:link w:val="PidipaginaCarattere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618BF"/>
  </w:style>
  <w:style w:type="paragraph" w:styleId="Nessunaspaziatura">
    <w:name w:val="No Spacing"/>
    <w:uiPriority w:val="1"/>
    <w:qFormat/>
    <w:rsid w:val="00FC693F"/>
    <w:pPr>
      <w:spacing w:after="0" w:line="240" w:lineRule="auto"/>
    </w:pPr>
  </w:style>
  <w:style w:type="character" w:customStyle="1" w:styleId="Titolo1Carattere">
    <w:name w:val="Titolo 1 Carattere"/>
    <w:basedOn w:val="Carpredefinitoparagrafo"/>
    <w:link w:val="Tito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olo2Carattere">
    <w:name w:val="Titolo 2 Carattere"/>
    <w:basedOn w:val="Carpredefinitoparagrafo"/>
    <w:link w:val="Tito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olo3Carattere">
    <w:name w:val="Titolo 3 Carattere"/>
    <w:basedOn w:val="Carpredefinitoparagrafo"/>
    <w:link w:val="Tito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olo">
    <w:name w:val="Title"/>
    <w:basedOn w:val="Normale"/>
    <w:next w:val="Normale"/>
    <w:link w:val="TitoloCarattere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oloCarattere">
    <w:name w:val="Titolo Carattere"/>
    <w:basedOn w:val="Carpredefinitoparagrafo"/>
    <w:link w:val="Tito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FC693F"/>
    <w:pPr>
      <w:ind w:left="720"/>
      <w:contextualSpacing/>
    </w:pPr>
  </w:style>
  <w:style w:type="paragraph" w:styleId="Corpotesto">
    <w:name w:val="Body Text"/>
    <w:basedOn w:val="Normale"/>
    <w:link w:val="CorpotestoCarattere"/>
    <w:uiPriority w:val="99"/>
    <w:unhideWhenUsed/>
    <w:rsid w:val="00AA1D8D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rsid w:val="00AA1D8D"/>
  </w:style>
  <w:style w:type="paragraph" w:styleId="Corpodeltesto2">
    <w:name w:val="Body Text 2"/>
    <w:basedOn w:val="Normale"/>
    <w:link w:val="Corpodeltesto2Carattere"/>
    <w:uiPriority w:val="99"/>
    <w:unhideWhenUsed/>
    <w:rsid w:val="00AA1D8D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rsid w:val="00AA1D8D"/>
  </w:style>
  <w:style w:type="paragraph" w:styleId="Corpodeltesto3">
    <w:name w:val="Body Text 3"/>
    <w:basedOn w:val="Normale"/>
    <w:link w:val="Corpodeltesto3Carattere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rsid w:val="00AA1D8D"/>
    <w:rPr>
      <w:sz w:val="16"/>
      <w:szCs w:val="16"/>
    </w:rPr>
  </w:style>
  <w:style w:type="paragraph" w:styleId="Elenco">
    <w:name w:val="List"/>
    <w:basedOn w:val="Normale"/>
    <w:uiPriority w:val="99"/>
    <w:unhideWhenUsed/>
    <w:rsid w:val="00AA1D8D"/>
    <w:pPr>
      <w:ind w:left="360" w:hanging="360"/>
      <w:contextualSpacing/>
    </w:pPr>
  </w:style>
  <w:style w:type="paragraph" w:styleId="Elenco2">
    <w:name w:val="List 2"/>
    <w:basedOn w:val="Normale"/>
    <w:uiPriority w:val="99"/>
    <w:unhideWhenUsed/>
    <w:rsid w:val="00326F90"/>
    <w:pPr>
      <w:ind w:left="720" w:hanging="360"/>
      <w:contextualSpacing/>
    </w:pPr>
  </w:style>
  <w:style w:type="paragraph" w:styleId="Elenco3">
    <w:name w:val="List 3"/>
    <w:basedOn w:val="Normale"/>
    <w:uiPriority w:val="99"/>
    <w:unhideWhenUsed/>
    <w:rsid w:val="00326F90"/>
    <w:pPr>
      <w:ind w:left="1080" w:hanging="360"/>
      <w:contextualSpacing/>
    </w:pPr>
  </w:style>
  <w:style w:type="paragraph" w:styleId="Puntoelenco">
    <w:name w:val="List Bullet"/>
    <w:basedOn w:val="Normale"/>
    <w:uiPriority w:val="99"/>
    <w:unhideWhenUsed/>
    <w:rsid w:val="00326F90"/>
    <w:pPr>
      <w:numPr>
        <w:numId w:val="1"/>
      </w:numPr>
      <w:contextualSpacing/>
    </w:pPr>
  </w:style>
  <w:style w:type="paragraph" w:styleId="Puntoelenco2">
    <w:name w:val="List Bullet 2"/>
    <w:basedOn w:val="Normale"/>
    <w:uiPriority w:val="99"/>
    <w:unhideWhenUsed/>
    <w:rsid w:val="00326F90"/>
    <w:pPr>
      <w:numPr>
        <w:numId w:val="2"/>
      </w:numPr>
      <w:contextualSpacing/>
    </w:pPr>
  </w:style>
  <w:style w:type="paragraph" w:styleId="Puntoelenco3">
    <w:name w:val="List Bullet 3"/>
    <w:basedOn w:val="Normale"/>
    <w:uiPriority w:val="99"/>
    <w:unhideWhenUsed/>
    <w:rsid w:val="00326F90"/>
    <w:pPr>
      <w:numPr>
        <w:numId w:val="3"/>
      </w:numPr>
      <w:contextualSpacing/>
    </w:pPr>
  </w:style>
  <w:style w:type="paragraph" w:styleId="Numeroelenco">
    <w:name w:val="List Number"/>
    <w:basedOn w:val="Normale"/>
    <w:uiPriority w:val="99"/>
    <w:unhideWhenUsed/>
    <w:rsid w:val="00326F90"/>
    <w:pPr>
      <w:numPr>
        <w:numId w:val="5"/>
      </w:numPr>
      <w:contextualSpacing/>
    </w:pPr>
  </w:style>
  <w:style w:type="paragraph" w:styleId="Numeroelenco2">
    <w:name w:val="List Number 2"/>
    <w:basedOn w:val="Normale"/>
    <w:uiPriority w:val="99"/>
    <w:unhideWhenUsed/>
    <w:rsid w:val="0029639D"/>
    <w:pPr>
      <w:numPr>
        <w:numId w:val="6"/>
      </w:numPr>
      <w:contextualSpacing/>
    </w:pPr>
  </w:style>
  <w:style w:type="paragraph" w:styleId="Numeroelenco3">
    <w:name w:val="List Number 3"/>
    <w:basedOn w:val="Normale"/>
    <w:uiPriority w:val="99"/>
    <w:unhideWhenUsed/>
    <w:rsid w:val="0029639D"/>
    <w:pPr>
      <w:numPr>
        <w:numId w:val="7"/>
      </w:numPr>
      <w:contextualSpacing/>
    </w:pPr>
  </w:style>
  <w:style w:type="paragraph" w:styleId="Elencocontinua">
    <w:name w:val="List Continue"/>
    <w:basedOn w:val="Normale"/>
    <w:uiPriority w:val="99"/>
    <w:unhideWhenUsed/>
    <w:rsid w:val="0029639D"/>
    <w:pPr>
      <w:spacing w:after="120"/>
      <w:ind w:left="360"/>
      <w:contextualSpacing/>
    </w:pPr>
  </w:style>
  <w:style w:type="paragraph" w:styleId="Elencocontinua2">
    <w:name w:val="List Continue 2"/>
    <w:basedOn w:val="Normale"/>
    <w:uiPriority w:val="99"/>
    <w:unhideWhenUsed/>
    <w:rsid w:val="0029639D"/>
    <w:pPr>
      <w:spacing w:after="120"/>
      <w:ind w:left="720"/>
      <w:contextualSpacing/>
    </w:pPr>
  </w:style>
  <w:style w:type="paragraph" w:styleId="Elencocontinua3">
    <w:name w:val="List Continue 3"/>
    <w:basedOn w:val="Normale"/>
    <w:uiPriority w:val="99"/>
    <w:unhideWhenUsed/>
    <w:rsid w:val="0029639D"/>
    <w:pPr>
      <w:spacing w:after="120"/>
      <w:ind w:left="1080"/>
      <w:contextualSpacing/>
    </w:pPr>
  </w:style>
  <w:style w:type="paragraph" w:styleId="Testomacro">
    <w:name w:val="macro"/>
    <w:link w:val="TestomacroCarattere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stomacroCarattere">
    <w:name w:val="Testo macro Carattere"/>
    <w:basedOn w:val="Carpredefinitoparagrafo"/>
    <w:link w:val="Testomacro"/>
    <w:uiPriority w:val="99"/>
    <w:rsid w:val="0029639D"/>
    <w:rPr>
      <w:rFonts w:ascii="Courier" w:hAnsi="Courier"/>
      <w:sz w:val="20"/>
      <w:szCs w:val="20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FC693F"/>
    <w:rPr>
      <w:i/>
      <w:iCs/>
      <w:color w:val="000000" w:themeColor="text1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FC693F"/>
    <w:rPr>
      <w:i/>
      <w:iCs/>
      <w:color w:val="000000" w:themeColor="text1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idascalia">
    <w:name w:val="caption"/>
    <w:basedOn w:val="Normale"/>
    <w:next w:val="Normale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Enfasigrassetto">
    <w:name w:val="Strong"/>
    <w:basedOn w:val="Carpredefinitoparagrafo"/>
    <w:uiPriority w:val="22"/>
    <w:qFormat/>
    <w:rsid w:val="00FC693F"/>
    <w:rPr>
      <w:b/>
      <w:bCs/>
    </w:rPr>
  </w:style>
  <w:style w:type="character" w:styleId="Enfasicorsivo">
    <w:name w:val="Emphasis"/>
    <w:basedOn w:val="Carpredefinitoparagrafo"/>
    <w:uiPriority w:val="20"/>
    <w:qFormat/>
    <w:rsid w:val="00FC693F"/>
    <w:rPr>
      <w:i/>
      <w:iCs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FC693F"/>
    <w:rPr>
      <w:b/>
      <w:bCs/>
      <w:i/>
      <w:iCs/>
      <w:color w:val="4F81BD" w:themeColor="accent1"/>
    </w:rPr>
  </w:style>
  <w:style w:type="character" w:styleId="Enfasidelicata">
    <w:name w:val="Subtle Emphasis"/>
    <w:basedOn w:val="Carpredefinitoparagrafo"/>
    <w:uiPriority w:val="19"/>
    <w:qFormat/>
    <w:rsid w:val="00FC693F"/>
    <w:rPr>
      <w:i/>
      <w:iCs/>
      <w:color w:val="808080" w:themeColor="text1" w:themeTint="7F"/>
    </w:rPr>
  </w:style>
  <w:style w:type="character" w:styleId="Enfasiintensa">
    <w:name w:val="Intense Emphasis"/>
    <w:basedOn w:val="Carpredefinitoparagrafo"/>
    <w:uiPriority w:val="21"/>
    <w:qFormat/>
    <w:rsid w:val="00FC693F"/>
    <w:rPr>
      <w:b/>
      <w:bCs/>
      <w:i/>
      <w:iCs/>
      <w:color w:val="4F81BD" w:themeColor="accent1"/>
    </w:rPr>
  </w:style>
  <w:style w:type="character" w:styleId="Riferimentodelicato">
    <w:name w:val="Subtle Reference"/>
    <w:basedOn w:val="Carpredefinitoparagrafo"/>
    <w:uiPriority w:val="31"/>
    <w:qFormat/>
    <w:rsid w:val="00FC693F"/>
    <w:rPr>
      <w:smallCaps/>
      <w:color w:val="C0504D" w:themeColor="accent2"/>
      <w:u w:val="single"/>
    </w:rPr>
  </w:style>
  <w:style w:type="character" w:styleId="Riferimentointenso">
    <w:name w:val="Intense Reference"/>
    <w:basedOn w:val="Carpredefinitoparagrafo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olodellibro">
    <w:name w:val="Book Title"/>
    <w:basedOn w:val="Carpredefinitoparagrafo"/>
    <w:uiPriority w:val="33"/>
    <w:qFormat/>
    <w:rsid w:val="00FC693F"/>
    <w:rPr>
      <w:b/>
      <w:bCs/>
      <w:smallCaps/>
      <w:spacing w:val="5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FC693F"/>
    <w:pPr>
      <w:outlineLvl w:val="9"/>
    </w:pPr>
  </w:style>
  <w:style w:type="table" w:styleId="Grigliatabella">
    <w:name w:val="Table Grid"/>
    <w:basedOn w:val="Tabellanormale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fondochiaro">
    <w:name w:val="Light Shading"/>
    <w:basedOn w:val="Tabellanormale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fondochiaro-Colore1">
    <w:name w:val="Light Shading Accent 1"/>
    <w:basedOn w:val="Tabellanormale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fondochiaro-Colore2">
    <w:name w:val="Light Shading Accent 2"/>
    <w:basedOn w:val="Tabellanormale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fondochiaro-Colore3">
    <w:name w:val="Light Shading Accent 3"/>
    <w:basedOn w:val="Tabellanormale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fondochiaro-Colore4">
    <w:name w:val="Light Shading Accent 4"/>
    <w:basedOn w:val="Tabellanormale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fondochiaro-Colore5">
    <w:name w:val="Light Shading Accent 5"/>
    <w:basedOn w:val="Tabellanormale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fondochiaro-Colore6">
    <w:name w:val="Light Shading Accent 6"/>
    <w:basedOn w:val="Tabellanormale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Elencochiaro">
    <w:name w:val="Light List"/>
    <w:basedOn w:val="Tabellanorma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Elencochiaro-Colore1">
    <w:name w:val="Light List Accent 1"/>
    <w:basedOn w:val="Tabellanorma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Elencochiaro-Colore2">
    <w:name w:val="Light List Accent 2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Elencochiaro-Colore3">
    <w:name w:val="Light List Accent 3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Elencochiaro-Colore4">
    <w:name w:val="Light List Accent 4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Elencochiaro-Colore5">
    <w:name w:val="Light List Accent 5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Elencochiaro-Colore6">
    <w:name w:val="Light List Accent 6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gliachiara">
    <w:name w:val="Light Grid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gliachiara-Colore1">
    <w:name w:val="Light Grid Accent 1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gliachiara-Colore2">
    <w:name w:val="Light Grid Accent 2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gliachiara-Colore3">
    <w:name w:val="Light Grid Accent 3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gliachiara-Colore4">
    <w:name w:val="Light Grid Accent 4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gliachiara-Colore5">
    <w:name w:val="Light Grid Accent 5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gliachiara-Colore6">
    <w:name w:val="Light Grid Accent 6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fondomedio1">
    <w:name w:val="Medium Shading 1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1">
    <w:name w:val="Medium Shading 1 Accent 1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2">
    <w:name w:val="Medium Shading 1 Accent 2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3">
    <w:name w:val="Medium Shading 1 Accent 3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4">
    <w:name w:val="Medium Shading 1 Accent 4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5">
    <w:name w:val="Medium Shading 1 Accent 5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6">
    <w:name w:val="Medium Shading 1 Accent 6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2">
    <w:name w:val="Medium Shading 2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1">
    <w:name w:val="Medium Shading 2 Accent 1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2">
    <w:name w:val="Medium Shading 2 Accent 2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3">
    <w:name w:val="Medium Shading 2 Accent 3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4">
    <w:name w:val="Medium Shading 2 Accent 4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5">
    <w:name w:val="Medium Shading 2 Accent 5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6">
    <w:name w:val="Medium Shading 2 Accent 6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Elencomedio1">
    <w:name w:val="Medium List 1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Elencomedio1-Colore1">
    <w:name w:val="Medium List 1 Accent 1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Elencomedio1-Colore2">
    <w:name w:val="Medium List 1 Accent 2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Elencomedio1-Colore3">
    <w:name w:val="Medium List 1 Accent 3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Elencomedio1-Colore4">
    <w:name w:val="Medium List 1 Accent 4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Elencomedio1-Colore5">
    <w:name w:val="Medium List 1 Accent 5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Elencomedio1-Colore6">
    <w:name w:val="Medium List 1 Accent 6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Elencomedio2">
    <w:name w:val="Medium List 2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1">
    <w:name w:val="Medium List 2 Accent 1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2">
    <w:name w:val="Medium List 2 Accent 2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3">
    <w:name w:val="Medium List 2 Accent 3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4">
    <w:name w:val="Medium List 2 Accent 4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5">
    <w:name w:val="Medium List 2 Accent 5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6">
    <w:name w:val="Medium List 2 Accent 6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gliamedia1">
    <w:name w:val="Medium Grid 1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gliamedia1-Colore1">
    <w:name w:val="Medium Grid 1 Accent 1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gliamedia1-Colore2">
    <w:name w:val="Medium Grid 1 Accent 2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gliamedia1-Colore3">
    <w:name w:val="Medium Grid 1 Accent 3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gliamedia1-Colore4">
    <w:name w:val="Medium Grid 1 Accent 4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gliamedia1-Colore5">
    <w:name w:val="Medium Grid 1 Accent 5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gliamedia1-Colore6">
    <w:name w:val="Medium Grid 1 Accent 6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gliamedia2">
    <w:name w:val="Medium Grid 2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1">
    <w:name w:val="Medium Grid 2 Accent 1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2">
    <w:name w:val="Medium Grid 2 Accent 2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3">
    <w:name w:val="Medium Grid 2 Accent 3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4">
    <w:name w:val="Medium Grid 2 Accent 4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5">
    <w:name w:val="Medium Grid 2 Accent 5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6">
    <w:name w:val="Medium Grid 2 Accent 6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3">
    <w:name w:val="Medium Grid 3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gliamedia3-Colore1">
    <w:name w:val="Medium Grid 3 Accent 1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gliamedia3-Colore2">
    <w:name w:val="Medium Grid 3 Accent 2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gliamedia3-Colore3">
    <w:name w:val="Medium Grid 3 Accent 3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gliamedia3-Colore4">
    <w:name w:val="Medium Grid 3 Accent 4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gliamedia3-Colore5">
    <w:name w:val="Medium Grid 3 Accent 5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gliamedia3-Colore6">
    <w:name w:val="Medium Grid 3 Accent 6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Elencoscuro">
    <w:name w:val="Dark List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Elencoscuro-Colore1">
    <w:name w:val="Dark List Accent 1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Elencoscuro-Colore2">
    <w:name w:val="Dark List Accent 2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Elencoscuro-Colore3">
    <w:name w:val="Dark List Accent 3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Elencoscuro-Colore4">
    <w:name w:val="Dark List Accent 4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Elencoscuro-Colore5">
    <w:name w:val="Dark List Accent 5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Elencoscuro-Colore6">
    <w:name w:val="Dark List Accent 6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fondoacolori">
    <w:name w:val="Colorful Shading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1">
    <w:name w:val="Colorful Shading Accent 1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2">
    <w:name w:val="Colorful Shading Accent 2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3">
    <w:name w:val="Colorful Shading Accent 3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fondoacolori-Colore4">
    <w:name w:val="Colorful Shading Accent 4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5">
    <w:name w:val="Colorful Shading Accent 5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6">
    <w:name w:val="Colorful Shading Accent 6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Elencoacolori">
    <w:name w:val="Colorful List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Elencoacolori-Colore1">
    <w:name w:val="Colorful List Accent 1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Elencoacolori-Colore2">
    <w:name w:val="Colorful List Accent 2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Elencoacolori-Colore3">
    <w:name w:val="Colorful List Accent 3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Elencoacolori-Colore4">
    <w:name w:val="Colorful List Accent 4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Elencoacolori-Colore5">
    <w:name w:val="Colorful List Accent 5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Elencoacolori-Colore6">
    <w:name w:val="Colorful List Accent 6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gliaacolori">
    <w:name w:val="Colorful Grid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gliaacolori-Colore1">
    <w:name w:val="Colorful Grid Accent 1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gliaacolori-Colore2">
    <w:name w:val="Colorful Grid Accent 2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gliaacolori-Colore3">
    <w:name w:val="Colorful Grid Accent 3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gliaacolori-Colore4">
    <w:name w:val="Colorful Grid Accent 4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gliaacolori-Colore5">
    <w:name w:val="Colorful Grid Accent 5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gliaacolori-Colore6">
    <w:name w:val="Colorful Grid Accent 6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C916672-C5E7-4057-93BF-20C0DBF69E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362</Words>
  <Characters>2069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2427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Gianmarco Maggisano</cp:lastModifiedBy>
  <cp:revision>10</cp:revision>
  <dcterms:created xsi:type="dcterms:W3CDTF">2025-09-16T11:32:00Z</dcterms:created>
  <dcterms:modified xsi:type="dcterms:W3CDTF">2025-09-26T09:02:00Z</dcterms:modified>
  <cp:category/>
</cp:coreProperties>
</file>